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57E4CC" w14:textId="77777777" w:rsidR="00F44441" w:rsidRDefault="00F44441" w:rsidP="00F44441">
      <w:pPr>
        <w:rPr>
          <w:b/>
          <w:sz w:val="30"/>
          <w:lang w:val="uk-UA"/>
        </w:rPr>
      </w:pPr>
      <w:r>
        <w:rPr>
          <w:b/>
          <w:noProof/>
          <w:sz w:val="30"/>
          <w:lang w:val="uk-UA" w:eastAsia="uk-UA"/>
        </w:rPr>
        <w:drawing>
          <wp:inline distT="0" distB="0" distL="0" distR="0" wp14:anchorId="198F7FFF" wp14:editId="41399692">
            <wp:extent cx="1134110" cy="1054735"/>
            <wp:effectExtent l="0" t="0" r="8890" b="0"/>
            <wp:docPr id="189233455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1054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4D1E36" w14:textId="43FDC694" w:rsidR="00CB4542" w:rsidRPr="00F44441" w:rsidRDefault="00CE444F" w:rsidP="00F44441">
      <w:pPr>
        <w:spacing w:after="0"/>
        <w:jc w:val="center"/>
        <w:rPr>
          <w:color w:val="C00000"/>
          <w:lang w:val="uk-UA"/>
        </w:rPr>
      </w:pPr>
      <w:r w:rsidRPr="00F44441">
        <w:rPr>
          <w:b/>
          <w:sz w:val="28"/>
          <w:szCs w:val="28"/>
          <w:lang w:val="uk-UA"/>
        </w:rPr>
        <w:t>АНКЕТА-ЗАЯВКА</w:t>
      </w:r>
      <w:r w:rsidRPr="00F44441">
        <w:rPr>
          <w:b/>
          <w:sz w:val="30"/>
          <w:lang w:val="uk-UA"/>
        </w:rPr>
        <w:br/>
      </w:r>
      <w:r w:rsidRPr="00F44441">
        <w:rPr>
          <w:b/>
          <w:sz w:val="26"/>
          <w:lang w:val="uk-UA"/>
        </w:rPr>
        <w:t xml:space="preserve">для участі в </w:t>
      </w:r>
      <w:r w:rsidR="00F44441">
        <w:rPr>
          <w:b/>
          <w:sz w:val="26"/>
          <w:lang w:val="uk-UA"/>
        </w:rPr>
        <w:t>м</w:t>
      </w:r>
      <w:r w:rsidRPr="00F44441">
        <w:rPr>
          <w:b/>
          <w:sz w:val="26"/>
          <w:lang w:val="uk-UA"/>
        </w:rPr>
        <w:t>олодіжн</w:t>
      </w:r>
      <w:r w:rsidR="00F44441">
        <w:rPr>
          <w:b/>
          <w:sz w:val="26"/>
          <w:lang w:val="uk-UA"/>
        </w:rPr>
        <w:t xml:space="preserve">ому проєкті </w:t>
      </w:r>
      <w:r w:rsidR="00F44441" w:rsidRPr="00F44441">
        <w:rPr>
          <w:b/>
          <w:color w:val="C00000"/>
          <w:sz w:val="26"/>
          <w:lang w:val="uk-UA"/>
        </w:rPr>
        <w:t>„</w:t>
      </w:r>
      <w:r w:rsidRPr="00F44441">
        <w:rPr>
          <w:b/>
          <w:color w:val="C00000"/>
          <w:sz w:val="26"/>
        </w:rPr>
        <w:t>Deutsche</w:t>
      </w:r>
      <w:r w:rsidRPr="00F44441">
        <w:rPr>
          <w:b/>
          <w:color w:val="C00000"/>
          <w:sz w:val="26"/>
          <w:lang w:val="uk-UA"/>
        </w:rPr>
        <w:t xml:space="preserve"> </w:t>
      </w:r>
      <w:proofErr w:type="spellStart"/>
      <w:r w:rsidRPr="00F44441">
        <w:rPr>
          <w:b/>
          <w:color w:val="C00000"/>
          <w:sz w:val="26"/>
        </w:rPr>
        <w:t>Jugend</w:t>
      </w:r>
      <w:proofErr w:type="spellEnd"/>
      <w:r w:rsidRPr="00F44441">
        <w:rPr>
          <w:b/>
          <w:color w:val="C00000"/>
          <w:sz w:val="26"/>
          <w:lang w:val="uk-UA"/>
        </w:rPr>
        <w:t xml:space="preserve"> </w:t>
      </w:r>
      <w:proofErr w:type="spellStart"/>
      <w:r w:rsidRPr="00F44441">
        <w:rPr>
          <w:b/>
          <w:color w:val="C00000"/>
          <w:sz w:val="26"/>
        </w:rPr>
        <w:t>sprechen</w:t>
      </w:r>
      <w:proofErr w:type="spellEnd"/>
      <w:r w:rsidR="00F44441" w:rsidRPr="00F44441">
        <w:rPr>
          <w:b/>
          <w:color w:val="C00000"/>
          <w:sz w:val="26"/>
          <w:lang w:val="uk-UA"/>
        </w:rPr>
        <w:t>“</w:t>
      </w:r>
    </w:p>
    <w:p w14:paraId="0B8CD19E" w14:textId="2D0D326C" w:rsidR="00CB4542" w:rsidRPr="00D03AC7" w:rsidRDefault="00CE444F" w:rsidP="00F44441">
      <w:pPr>
        <w:spacing w:after="0"/>
        <w:jc w:val="center"/>
        <w:rPr>
          <w:b/>
          <w:bCs/>
          <w:iCs/>
          <w:color w:val="C00000"/>
          <w:lang w:val="uk-UA"/>
        </w:rPr>
      </w:pPr>
      <w:r w:rsidRPr="00D03AC7">
        <w:rPr>
          <w:b/>
          <w:bCs/>
          <w:iCs/>
          <w:color w:val="C00000"/>
          <w:lang w:val="uk-UA"/>
        </w:rPr>
        <w:t>13–16 листопада 2026 року Закарпатська область</w:t>
      </w:r>
    </w:p>
    <w:p w14:paraId="34523F44" w14:textId="4B11C13E" w:rsidR="00CB4542" w:rsidRPr="00F44441" w:rsidRDefault="00CE444F">
      <w:pPr>
        <w:rPr>
          <w:lang w:val="uk-UA"/>
        </w:rPr>
      </w:pPr>
      <w:r w:rsidRPr="00F44441">
        <w:rPr>
          <w:b/>
          <w:lang w:val="uk-UA"/>
        </w:rPr>
        <w:t xml:space="preserve">Організатор: </w:t>
      </w:r>
      <w:r w:rsidRPr="00F44441">
        <w:rPr>
          <w:lang w:val="uk-UA"/>
        </w:rPr>
        <w:t>ГО «Німецька молодь Закарпаття»</w:t>
      </w:r>
      <w:r w:rsidRPr="00F44441">
        <w:rPr>
          <w:lang w:val="uk-UA"/>
        </w:rPr>
        <w:br/>
      </w:r>
      <w:r w:rsidRPr="00F44441">
        <w:rPr>
          <w:b/>
          <w:lang w:val="uk-UA"/>
        </w:rPr>
        <w:t xml:space="preserve">Проєкт проводиться </w:t>
      </w:r>
      <w:r w:rsidRPr="00F44441">
        <w:rPr>
          <w:lang w:val="uk-UA"/>
        </w:rPr>
        <w:t>з ініціативи Ради німців України та за фінансової підтримки Федерального міністерства внутрішніх справ Німеччини через Благодійний фонд «Товариство Розвитку»</w:t>
      </w:r>
    </w:p>
    <w:p w14:paraId="5251D544" w14:textId="77777777" w:rsidR="00CB4542" w:rsidRPr="00F44441" w:rsidRDefault="00CE444F" w:rsidP="00F44441">
      <w:pPr>
        <w:spacing w:after="0" w:line="240" w:lineRule="auto"/>
        <w:rPr>
          <w:lang w:val="uk-UA"/>
        </w:rPr>
      </w:pPr>
      <w:r w:rsidRPr="00F44441">
        <w:rPr>
          <w:b/>
          <w:lang w:val="uk-UA"/>
        </w:rPr>
        <w:t xml:space="preserve">Будь ласка, заповніть анкету </w:t>
      </w:r>
      <w:r w:rsidRPr="00F44441">
        <w:rPr>
          <w:b/>
          <w:u w:val="single"/>
          <w:lang w:val="uk-UA"/>
        </w:rPr>
        <w:t>повністю.</w:t>
      </w:r>
      <w:r w:rsidRPr="00F44441">
        <w:rPr>
          <w:b/>
          <w:lang w:val="uk-UA"/>
        </w:rPr>
        <w:t xml:space="preserve"> </w:t>
      </w:r>
      <w:r w:rsidRPr="00F44441">
        <w:rPr>
          <w:lang w:val="uk-UA"/>
        </w:rPr>
        <w:t>Відповіді допоможуть організаторам сформувати групу учасників і підготувати програму відповідно до інтересів та досвіду молоді.</w:t>
      </w:r>
    </w:p>
    <w:p w14:paraId="286F6912" w14:textId="77777777" w:rsidR="00CB4542" w:rsidRPr="00F44441" w:rsidRDefault="00CE444F" w:rsidP="00F44441">
      <w:pPr>
        <w:spacing w:after="0" w:line="240" w:lineRule="auto"/>
        <w:rPr>
          <w:color w:val="0070C0"/>
        </w:rPr>
      </w:pPr>
      <w:r w:rsidRPr="00F44441">
        <w:rPr>
          <w:b/>
          <w:color w:val="0070C0"/>
          <w:sz w:val="22"/>
        </w:rPr>
        <w:t>1. Особисті дані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210"/>
        <w:gridCol w:w="3430"/>
        <w:gridCol w:w="3430"/>
      </w:tblGrid>
      <w:tr w:rsidR="00F44441" w14:paraId="6719969F" w14:textId="77777777" w:rsidTr="00F44441">
        <w:trPr>
          <w:jc w:val="center"/>
        </w:trPr>
        <w:tc>
          <w:tcPr>
            <w:tcW w:w="3210" w:type="dxa"/>
            <w:vAlign w:val="center"/>
          </w:tcPr>
          <w:p w14:paraId="551EA96F" w14:textId="77777777" w:rsidR="00F44441" w:rsidRPr="00F44441" w:rsidRDefault="00F44441">
            <w:pPr>
              <w:spacing w:before="40" w:after="40"/>
              <w:rPr>
                <w:lang w:val="uk-UA"/>
              </w:rPr>
            </w:pPr>
            <w:r w:rsidRPr="00F44441">
              <w:rPr>
                <w:lang w:val="uk-UA"/>
              </w:rPr>
              <w:t>Прізвище, ім’я, по батькові</w:t>
            </w:r>
          </w:p>
        </w:tc>
        <w:tc>
          <w:tcPr>
            <w:tcW w:w="3430" w:type="dxa"/>
          </w:tcPr>
          <w:p w14:paraId="77AF7A85" w14:textId="77777777" w:rsidR="00F44441" w:rsidRDefault="00F44441">
            <w:pPr>
              <w:spacing w:before="40" w:after="40"/>
            </w:pPr>
          </w:p>
        </w:tc>
        <w:tc>
          <w:tcPr>
            <w:tcW w:w="3430" w:type="dxa"/>
            <w:vAlign w:val="center"/>
          </w:tcPr>
          <w:p w14:paraId="1456F59F" w14:textId="4822BCBD" w:rsidR="00F44441" w:rsidRDefault="00F44441">
            <w:pPr>
              <w:spacing w:before="40" w:after="40"/>
            </w:pPr>
          </w:p>
        </w:tc>
      </w:tr>
      <w:tr w:rsidR="00F44441" w14:paraId="6B9FB3B8" w14:textId="77777777" w:rsidTr="00F44441">
        <w:trPr>
          <w:jc w:val="center"/>
        </w:trPr>
        <w:tc>
          <w:tcPr>
            <w:tcW w:w="3210" w:type="dxa"/>
            <w:vAlign w:val="center"/>
          </w:tcPr>
          <w:p w14:paraId="5BB44500" w14:textId="77777777" w:rsidR="00F44441" w:rsidRDefault="00F44441">
            <w:pPr>
              <w:spacing w:before="40" w:after="40"/>
            </w:pPr>
            <w:r>
              <w:t>Дата народження</w:t>
            </w:r>
          </w:p>
        </w:tc>
        <w:tc>
          <w:tcPr>
            <w:tcW w:w="3430" w:type="dxa"/>
          </w:tcPr>
          <w:p w14:paraId="637DD47F" w14:textId="77777777" w:rsidR="00F44441" w:rsidRDefault="00F44441">
            <w:pPr>
              <w:spacing w:before="40" w:after="40"/>
            </w:pPr>
          </w:p>
        </w:tc>
        <w:tc>
          <w:tcPr>
            <w:tcW w:w="3430" w:type="dxa"/>
            <w:vAlign w:val="center"/>
          </w:tcPr>
          <w:p w14:paraId="2DC7F8C7" w14:textId="21FC34AF" w:rsidR="00F44441" w:rsidRDefault="00F44441">
            <w:pPr>
              <w:spacing w:before="40" w:after="40"/>
            </w:pPr>
          </w:p>
        </w:tc>
      </w:tr>
      <w:tr w:rsidR="00F44441" w14:paraId="2F46E3BB" w14:textId="77777777" w:rsidTr="00F44441">
        <w:trPr>
          <w:jc w:val="center"/>
        </w:trPr>
        <w:tc>
          <w:tcPr>
            <w:tcW w:w="3210" w:type="dxa"/>
            <w:vAlign w:val="center"/>
          </w:tcPr>
          <w:p w14:paraId="68BE9A58" w14:textId="77777777" w:rsidR="00F44441" w:rsidRDefault="00F44441">
            <w:pPr>
              <w:spacing w:before="40" w:after="40"/>
            </w:pPr>
            <w:r>
              <w:t>Вік</w:t>
            </w:r>
          </w:p>
        </w:tc>
        <w:tc>
          <w:tcPr>
            <w:tcW w:w="3430" w:type="dxa"/>
          </w:tcPr>
          <w:p w14:paraId="614E500D" w14:textId="77777777" w:rsidR="00F44441" w:rsidRDefault="00F44441">
            <w:pPr>
              <w:spacing w:before="40" w:after="40"/>
            </w:pPr>
          </w:p>
        </w:tc>
        <w:tc>
          <w:tcPr>
            <w:tcW w:w="3430" w:type="dxa"/>
            <w:vAlign w:val="center"/>
          </w:tcPr>
          <w:p w14:paraId="73340F96" w14:textId="6D4DEB71" w:rsidR="00F44441" w:rsidRDefault="00F44441">
            <w:pPr>
              <w:spacing w:before="40" w:after="40"/>
            </w:pPr>
          </w:p>
        </w:tc>
      </w:tr>
      <w:tr w:rsidR="00F44441" w14:paraId="13E018E5" w14:textId="77777777" w:rsidTr="00F44441">
        <w:trPr>
          <w:jc w:val="center"/>
        </w:trPr>
        <w:tc>
          <w:tcPr>
            <w:tcW w:w="3210" w:type="dxa"/>
            <w:vAlign w:val="center"/>
          </w:tcPr>
          <w:p w14:paraId="4D9B48B0" w14:textId="77777777" w:rsidR="00F44441" w:rsidRDefault="00F44441">
            <w:pPr>
              <w:spacing w:before="40" w:after="40"/>
            </w:pPr>
            <w:r>
              <w:t>Місто / населений пункт, область</w:t>
            </w:r>
          </w:p>
        </w:tc>
        <w:tc>
          <w:tcPr>
            <w:tcW w:w="3430" w:type="dxa"/>
          </w:tcPr>
          <w:p w14:paraId="0A31C829" w14:textId="77777777" w:rsidR="00F44441" w:rsidRDefault="00F44441">
            <w:pPr>
              <w:spacing w:before="40" w:after="40"/>
            </w:pPr>
          </w:p>
        </w:tc>
        <w:tc>
          <w:tcPr>
            <w:tcW w:w="3430" w:type="dxa"/>
            <w:vAlign w:val="center"/>
          </w:tcPr>
          <w:p w14:paraId="594053EA" w14:textId="1461E242" w:rsidR="00F44441" w:rsidRDefault="00F44441">
            <w:pPr>
              <w:spacing w:before="40" w:after="40"/>
            </w:pPr>
          </w:p>
        </w:tc>
      </w:tr>
      <w:tr w:rsidR="00F44441" w14:paraId="5F5F8FE6" w14:textId="77777777" w:rsidTr="00F44441">
        <w:trPr>
          <w:jc w:val="center"/>
        </w:trPr>
        <w:tc>
          <w:tcPr>
            <w:tcW w:w="3210" w:type="dxa"/>
            <w:vAlign w:val="center"/>
          </w:tcPr>
          <w:p w14:paraId="1727B75A" w14:textId="77777777" w:rsidR="00F44441" w:rsidRDefault="00F44441">
            <w:pPr>
              <w:spacing w:before="40" w:after="40"/>
            </w:pPr>
            <w:r>
              <w:t>Номер телефону</w:t>
            </w:r>
          </w:p>
        </w:tc>
        <w:tc>
          <w:tcPr>
            <w:tcW w:w="3430" w:type="dxa"/>
          </w:tcPr>
          <w:p w14:paraId="35BED9D3" w14:textId="77777777" w:rsidR="00F44441" w:rsidRDefault="00F44441">
            <w:pPr>
              <w:spacing w:before="40" w:after="40"/>
            </w:pPr>
          </w:p>
        </w:tc>
        <w:tc>
          <w:tcPr>
            <w:tcW w:w="3430" w:type="dxa"/>
            <w:vAlign w:val="center"/>
          </w:tcPr>
          <w:p w14:paraId="69B1A6F9" w14:textId="32D879A1" w:rsidR="00F44441" w:rsidRDefault="00F44441">
            <w:pPr>
              <w:spacing w:before="40" w:after="40"/>
            </w:pPr>
          </w:p>
        </w:tc>
      </w:tr>
      <w:tr w:rsidR="00F44441" w14:paraId="0E90A4F6" w14:textId="77777777" w:rsidTr="00F44441">
        <w:trPr>
          <w:jc w:val="center"/>
        </w:trPr>
        <w:tc>
          <w:tcPr>
            <w:tcW w:w="3210" w:type="dxa"/>
            <w:vAlign w:val="center"/>
          </w:tcPr>
          <w:p w14:paraId="7020448A" w14:textId="77777777" w:rsidR="00F44441" w:rsidRDefault="00F44441">
            <w:pPr>
              <w:spacing w:before="40" w:after="40"/>
            </w:pPr>
            <w:r>
              <w:t>Електронна адреса</w:t>
            </w:r>
          </w:p>
        </w:tc>
        <w:tc>
          <w:tcPr>
            <w:tcW w:w="3430" w:type="dxa"/>
          </w:tcPr>
          <w:p w14:paraId="122AC336" w14:textId="77777777" w:rsidR="00F44441" w:rsidRDefault="00F44441">
            <w:pPr>
              <w:spacing w:before="40" w:after="40"/>
            </w:pPr>
          </w:p>
        </w:tc>
        <w:tc>
          <w:tcPr>
            <w:tcW w:w="3430" w:type="dxa"/>
            <w:vAlign w:val="center"/>
          </w:tcPr>
          <w:p w14:paraId="20F2681B" w14:textId="75B7404D" w:rsidR="00F44441" w:rsidRDefault="00F44441">
            <w:pPr>
              <w:spacing w:before="40" w:after="40"/>
            </w:pPr>
          </w:p>
        </w:tc>
      </w:tr>
      <w:tr w:rsidR="00F44441" w:rsidRPr="00D03AC7" w14:paraId="0FE7F853" w14:textId="77777777" w:rsidTr="00F44441">
        <w:trPr>
          <w:jc w:val="center"/>
        </w:trPr>
        <w:tc>
          <w:tcPr>
            <w:tcW w:w="3210" w:type="dxa"/>
            <w:vAlign w:val="center"/>
          </w:tcPr>
          <w:p w14:paraId="5E1519FA" w14:textId="77777777" w:rsidR="00F44441" w:rsidRPr="00F44441" w:rsidRDefault="00F44441">
            <w:pPr>
              <w:spacing w:before="40" w:after="40"/>
              <w:rPr>
                <w:lang w:val="uk-UA"/>
              </w:rPr>
            </w:pPr>
            <w:r w:rsidRPr="00F44441">
              <w:rPr>
                <w:lang w:val="uk-UA"/>
              </w:rPr>
              <w:t>Посилання на сторінки в соціальних мережах (за наявності)</w:t>
            </w:r>
          </w:p>
        </w:tc>
        <w:tc>
          <w:tcPr>
            <w:tcW w:w="3430" w:type="dxa"/>
          </w:tcPr>
          <w:p w14:paraId="59B4CB1D" w14:textId="77777777" w:rsidR="00F44441" w:rsidRPr="00F44441" w:rsidRDefault="00F44441">
            <w:pPr>
              <w:spacing w:before="40" w:after="40"/>
              <w:rPr>
                <w:lang w:val="uk-UA"/>
              </w:rPr>
            </w:pPr>
          </w:p>
        </w:tc>
        <w:tc>
          <w:tcPr>
            <w:tcW w:w="3430" w:type="dxa"/>
            <w:vAlign w:val="center"/>
          </w:tcPr>
          <w:p w14:paraId="6A9276E4" w14:textId="0D8F9E33" w:rsidR="00F44441" w:rsidRPr="00F44441" w:rsidRDefault="00F44441">
            <w:pPr>
              <w:spacing w:before="40" w:after="40"/>
              <w:rPr>
                <w:lang w:val="uk-UA"/>
              </w:rPr>
            </w:pPr>
          </w:p>
        </w:tc>
      </w:tr>
      <w:tr w:rsidR="00F44441" w:rsidRPr="00D03AC7" w14:paraId="5EE1CB8A" w14:textId="77777777" w:rsidTr="00F44441">
        <w:trPr>
          <w:jc w:val="center"/>
        </w:trPr>
        <w:tc>
          <w:tcPr>
            <w:tcW w:w="3210" w:type="dxa"/>
            <w:vAlign w:val="center"/>
          </w:tcPr>
          <w:p w14:paraId="512E466B" w14:textId="77777777" w:rsidR="00F44441" w:rsidRPr="00F44441" w:rsidRDefault="00F44441">
            <w:pPr>
              <w:spacing w:before="40" w:after="40"/>
              <w:rPr>
                <w:lang w:val="uk-UA"/>
              </w:rPr>
            </w:pPr>
            <w:r w:rsidRPr="00F44441">
              <w:rPr>
                <w:lang w:val="uk-UA"/>
              </w:rPr>
              <w:t>Навчальний заклад / місце роботи, клас або курс</w:t>
            </w:r>
          </w:p>
        </w:tc>
        <w:tc>
          <w:tcPr>
            <w:tcW w:w="3430" w:type="dxa"/>
          </w:tcPr>
          <w:p w14:paraId="5EE5DB86" w14:textId="77777777" w:rsidR="00F44441" w:rsidRPr="00F44441" w:rsidRDefault="00F44441">
            <w:pPr>
              <w:spacing w:before="40" w:after="40"/>
              <w:rPr>
                <w:lang w:val="uk-UA"/>
              </w:rPr>
            </w:pPr>
          </w:p>
        </w:tc>
        <w:tc>
          <w:tcPr>
            <w:tcW w:w="3430" w:type="dxa"/>
            <w:vAlign w:val="center"/>
          </w:tcPr>
          <w:p w14:paraId="77504E89" w14:textId="07E10768" w:rsidR="00F44441" w:rsidRPr="00F44441" w:rsidRDefault="00F44441">
            <w:pPr>
              <w:spacing w:before="40" w:after="40"/>
              <w:rPr>
                <w:lang w:val="uk-UA"/>
              </w:rPr>
            </w:pPr>
          </w:p>
        </w:tc>
      </w:tr>
      <w:tr w:rsidR="00F44441" w:rsidRPr="00F44441" w14:paraId="092D717A" w14:textId="77777777" w:rsidTr="00F44441">
        <w:trPr>
          <w:jc w:val="center"/>
        </w:trPr>
        <w:tc>
          <w:tcPr>
            <w:tcW w:w="3210" w:type="dxa"/>
            <w:vAlign w:val="center"/>
          </w:tcPr>
          <w:p w14:paraId="174A4B05" w14:textId="77777777" w:rsidR="00F44441" w:rsidRPr="00F44441" w:rsidRDefault="00F44441">
            <w:pPr>
              <w:spacing w:before="40" w:after="40"/>
              <w:rPr>
                <w:lang w:val="uk-UA"/>
              </w:rPr>
            </w:pPr>
            <w:r w:rsidRPr="00F44441">
              <w:rPr>
                <w:lang w:val="uk-UA"/>
              </w:rPr>
              <w:t>Чи маєте німецьке коріння?</w:t>
            </w:r>
          </w:p>
        </w:tc>
        <w:tc>
          <w:tcPr>
            <w:tcW w:w="3430" w:type="dxa"/>
          </w:tcPr>
          <w:p w14:paraId="75E90E16" w14:textId="77777777" w:rsidR="00F44441" w:rsidRPr="00F44441" w:rsidRDefault="00F44441" w:rsidP="00CE444F">
            <w:pPr>
              <w:spacing w:before="40" w:after="40"/>
              <w:rPr>
                <w:lang w:val="uk-UA"/>
              </w:rPr>
            </w:pPr>
          </w:p>
        </w:tc>
        <w:tc>
          <w:tcPr>
            <w:tcW w:w="3430" w:type="dxa"/>
            <w:vAlign w:val="center"/>
          </w:tcPr>
          <w:p w14:paraId="182CC926" w14:textId="33238D1B" w:rsidR="00F44441" w:rsidRPr="00F44441" w:rsidRDefault="00F44441" w:rsidP="00CE444F">
            <w:pPr>
              <w:spacing w:before="40" w:after="40"/>
              <w:rPr>
                <w:lang w:val="uk-UA"/>
              </w:rPr>
            </w:pPr>
          </w:p>
        </w:tc>
      </w:tr>
      <w:tr w:rsidR="00F44441" w:rsidRPr="00F44441" w14:paraId="350EA279" w14:textId="77777777" w:rsidTr="00F44441">
        <w:trPr>
          <w:jc w:val="center"/>
        </w:trPr>
        <w:tc>
          <w:tcPr>
            <w:tcW w:w="3210" w:type="dxa"/>
            <w:vAlign w:val="center"/>
          </w:tcPr>
          <w:p w14:paraId="2F67116A" w14:textId="77777777" w:rsidR="00F44441" w:rsidRPr="00F44441" w:rsidRDefault="00F44441">
            <w:pPr>
              <w:spacing w:before="40" w:after="40"/>
              <w:rPr>
                <w:lang w:val="uk-UA"/>
              </w:rPr>
            </w:pPr>
            <w:r w:rsidRPr="00F44441">
              <w:rPr>
                <w:lang w:val="uk-UA"/>
              </w:rPr>
              <w:t>Назва німецької громадської організації / Центру зустрічей, з яким співпрацюєте</w:t>
            </w:r>
          </w:p>
        </w:tc>
        <w:tc>
          <w:tcPr>
            <w:tcW w:w="3430" w:type="dxa"/>
          </w:tcPr>
          <w:p w14:paraId="6E8EC172" w14:textId="77777777" w:rsidR="00F44441" w:rsidRPr="00F44441" w:rsidRDefault="00F44441">
            <w:pPr>
              <w:spacing w:before="40" w:after="40"/>
              <w:rPr>
                <w:lang w:val="uk-UA"/>
              </w:rPr>
            </w:pPr>
          </w:p>
        </w:tc>
        <w:tc>
          <w:tcPr>
            <w:tcW w:w="3430" w:type="dxa"/>
            <w:vAlign w:val="center"/>
          </w:tcPr>
          <w:p w14:paraId="2013DCE9" w14:textId="08CE5490" w:rsidR="00F44441" w:rsidRPr="00F44441" w:rsidRDefault="00F44441">
            <w:pPr>
              <w:spacing w:before="40" w:after="40"/>
              <w:rPr>
                <w:lang w:val="uk-UA"/>
              </w:rPr>
            </w:pPr>
          </w:p>
        </w:tc>
      </w:tr>
      <w:tr w:rsidR="00F44441" w:rsidRPr="00D03AC7" w14:paraId="36CCF81B" w14:textId="77777777" w:rsidTr="00F44441">
        <w:trPr>
          <w:jc w:val="center"/>
        </w:trPr>
        <w:tc>
          <w:tcPr>
            <w:tcW w:w="3210" w:type="dxa"/>
            <w:vAlign w:val="center"/>
          </w:tcPr>
          <w:p w14:paraId="0D7BCEE8" w14:textId="77777777" w:rsidR="00F44441" w:rsidRPr="00F44441" w:rsidRDefault="00F44441">
            <w:pPr>
              <w:spacing w:before="40" w:after="40"/>
              <w:rPr>
                <w:lang w:val="uk-UA"/>
              </w:rPr>
            </w:pPr>
            <w:r w:rsidRPr="00F44441">
              <w:rPr>
                <w:lang w:val="uk-UA"/>
              </w:rPr>
              <w:t>ПІБ і контакти керівника організації, який/яка рекомендує учасника (за наявності)</w:t>
            </w:r>
          </w:p>
        </w:tc>
        <w:tc>
          <w:tcPr>
            <w:tcW w:w="3430" w:type="dxa"/>
          </w:tcPr>
          <w:p w14:paraId="1C279B91" w14:textId="77777777" w:rsidR="00F44441" w:rsidRPr="00F44441" w:rsidRDefault="00F44441">
            <w:pPr>
              <w:spacing w:before="40" w:after="40"/>
              <w:rPr>
                <w:lang w:val="uk-UA"/>
              </w:rPr>
            </w:pPr>
          </w:p>
        </w:tc>
        <w:tc>
          <w:tcPr>
            <w:tcW w:w="3430" w:type="dxa"/>
            <w:vAlign w:val="center"/>
          </w:tcPr>
          <w:p w14:paraId="61BD50AD" w14:textId="75A027E6" w:rsidR="00F44441" w:rsidRPr="00F44441" w:rsidRDefault="00F44441">
            <w:pPr>
              <w:spacing w:before="40" w:after="40"/>
              <w:rPr>
                <w:lang w:val="uk-UA"/>
              </w:rPr>
            </w:pPr>
          </w:p>
        </w:tc>
      </w:tr>
    </w:tbl>
    <w:p w14:paraId="7056F5ED" w14:textId="77777777" w:rsidR="00CB4542" w:rsidRPr="00F44441" w:rsidRDefault="00CE444F" w:rsidP="00F44441">
      <w:pPr>
        <w:spacing w:after="0" w:line="240" w:lineRule="auto"/>
        <w:rPr>
          <w:color w:val="0070C0"/>
          <w:lang w:val="uk-UA"/>
        </w:rPr>
      </w:pPr>
      <w:r w:rsidRPr="00F44441">
        <w:rPr>
          <w:b/>
          <w:color w:val="0070C0"/>
          <w:sz w:val="22"/>
          <w:lang w:val="uk-UA"/>
        </w:rPr>
        <w:t>2. Німецька мова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4392"/>
        <w:gridCol w:w="5616"/>
      </w:tblGrid>
      <w:tr w:rsidR="00CB4542" w:rsidRPr="00D03AC7" w14:paraId="022A7AD5" w14:textId="77777777">
        <w:trPr>
          <w:jc w:val="center"/>
        </w:trPr>
        <w:tc>
          <w:tcPr>
            <w:tcW w:w="4392" w:type="dxa"/>
            <w:vAlign w:val="center"/>
          </w:tcPr>
          <w:p w14:paraId="5325884C" w14:textId="77777777" w:rsidR="00CB4542" w:rsidRPr="00F44441" w:rsidRDefault="00CE444F">
            <w:pPr>
              <w:spacing w:before="40" w:after="40"/>
              <w:rPr>
                <w:lang w:val="uk-UA"/>
              </w:rPr>
            </w:pPr>
            <w:r w:rsidRPr="00F44441">
              <w:rPr>
                <w:lang w:val="uk-UA"/>
              </w:rPr>
              <w:t>Ваш рівень німецької мови</w:t>
            </w:r>
          </w:p>
        </w:tc>
        <w:tc>
          <w:tcPr>
            <w:tcW w:w="5616" w:type="dxa"/>
            <w:vAlign w:val="center"/>
          </w:tcPr>
          <w:p w14:paraId="61EAA78B" w14:textId="77777777" w:rsidR="00CB4542" w:rsidRPr="00F44441" w:rsidRDefault="00CE444F">
            <w:pPr>
              <w:spacing w:before="40" w:after="40"/>
              <w:rPr>
                <w:lang w:val="uk-UA"/>
              </w:rPr>
            </w:pPr>
            <w:r w:rsidRPr="00F44441">
              <w:rPr>
                <w:lang w:val="uk-UA"/>
              </w:rPr>
              <w:t>☐ A1  ☐ A2  ☐ B1  ☐ B2  ☐ C1  ☐ C2  ☐ Важко визначити</w:t>
            </w:r>
          </w:p>
        </w:tc>
      </w:tr>
      <w:tr w:rsidR="00CB4542" w:rsidRPr="00D03AC7" w14:paraId="62EE4BEB" w14:textId="77777777">
        <w:trPr>
          <w:jc w:val="center"/>
        </w:trPr>
        <w:tc>
          <w:tcPr>
            <w:tcW w:w="4392" w:type="dxa"/>
            <w:vAlign w:val="center"/>
          </w:tcPr>
          <w:p w14:paraId="32B6F01B" w14:textId="77777777" w:rsidR="00CB4542" w:rsidRPr="00F44441" w:rsidRDefault="00CE444F">
            <w:pPr>
              <w:spacing w:before="40" w:after="40"/>
              <w:rPr>
                <w:lang w:val="uk-UA"/>
              </w:rPr>
            </w:pPr>
            <w:r w:rsidRPr="00F44441">
              <w:rPr>
                <w:lang w:val="uk-UA"/>
              </w:rPr>
              <w:t>Де та як довго вивчаєте німецьку мову?</w:t>
            </w:r>
          </w:p>
        </w:tc>
        <w:tc>
          <w:tcPr>
            <w:tcW w:w="5616" w:type="dxa"/>
            <w:vAlign w:val="center"/>
          </w:tcPr>
          <w:p w14:paraId="2F261487" w14:textId="77777777" w:rsidR="00CB4542" w:rsidRPr="00F44441" w:rsidRDefault="00CB4542">
            <w:pPr>
              <w:spacing w:before="40" w:after="40"/>
              <w:rPr>
                <w:lang w:val="uk-UA"/>
              </w:rPr>
            </w:pPr>
          </w:p>
        </w:tc>
      </w:tr>
      <w:tr w:rsidR="00CB4542" w:rsidRPr="00D03AC7" w14:paraId="19F954F0" w14:textId="77777777">
        <w:trPr>
          <w:jc w:val="center"/>
        </w:trPr>
        <w:tc>
          <w:tcPr>
            <w:tcW w:w="4392" w:type="dxa"/>
            <w:vAlign w:val="center"/>
          </w:tcPr>
          <w:p w14:paraId="6AE35E25" w14:textId="77777777" w:rsidR="00CB4542" w:rsidRPr="00F44441" w:rsidRDefault="00CE444F">
            <w:pPr>
              <w:spacing w:before="40" w:after="40"/>
              <w:rPr>
                <w:lang w:val="uk-UA"/>
              </w:rPr>
            </w:pPr>
            <w:r w:rsidRPr="00F44441">
              <w:rPr>
                <w:lang w:val="uk-UA"/>
              </w:rPr>
              <w:t>Чи відвідуєте курси німецької мови? Якщо так, де і з якого часу?</w:t>
            </w:r>
          </w:p>
        </w:tc>
        <w:tc>
          <w:tcPr>
            <w:tcW w:w="5616" w:type="dxa"/>
            <w:vAlign w:val="center"/>
          </w:tcPr>
          <w:p w14:paraId="2F9FA13C" w14:textId="77777777" w:rsidR="00CB4542" w:rsidRPr="00F44441" w:rsidRDefault="00CB4542">
            <w:pPr>
              <w:spacing w:before="40" w:after="40"/>
              <w:rPr>
                <w:lang w:val="uk-UA"/>
              </w:rPr>
            </w:pPr>
          </w:p>
        </w:tc>
      </w:tr>
      <w:tr w:rsidR="00CB4542" w:rsidRPr="00D03AC7" w14:paraId="15B57B99" w14:textId="77777777">
        <w:trPr>
          <w:jc w:val="center"/>
        </w:trPr>
        <w:tc>
          <w:tcPr>
            <w:tcW w:w="4392" w:type="dxa"/>
            <w:vAlign w:val="center"/>
          </w:tcPr>
          <w:p w14:paraId="0D3C425F" w14:textId="77777777" w:rsidR="00CB4542" w:rsidRPr="00F44441" w:rsidRDefault="00CE444F">
            <w:pPr>
              <w:spacing w:before="40" w:after="40"/>
              <w:rPr>
                <w:lang w:val="uk-UA"/>
              </w:rPr>
            </w:pPr>
            <w:r w:rsidRPr="00F44441">
              <w:rPr>
                <w:lang w:val="uk-UA"/>
              </w:rPr>
              <w:t>Чи маєте сертифікат або інший документ, що підтверджує рівень німецької мови?</w:t>
            </w:r>
          </w:p>
        </w:tc>
        <w:tc>
          <w:tcPr>
            <w:tcW w:w="5616" w:type="dxa"/>
            <w:vAlign w:val="center"/>
          </w:tcPr>
          <w:p w14:paraId="5BCAFF6A" w14:textId="77777777" w:rsidR="00CB4542" w:rsidRPr="00F44441" w:rsidRDefault="00CE444F">
            <w:pPr>
              <w:spacing w:before="40" w:after="40"/>
              <w:rPr>
                <w:lang w:val="uk-UA"/>
              </w:rPr>
            </w:pPr>
            <w:r w:rsidRPr="00F44441">
              <w:rPr>
                <w:lang w:val="uk-UA"/>
              </w:rPr>
              <w:t>☐ Так  ☐ Ні. Якщо так, зазначте який:</w:t>
            </w:r>
          </w:p>
        </w:tc>
      </w:tr>
      <w:tr w:rsidR="00CB4542" w:rsidRPr="00D03AC7" w14:paraId="12F2BCEF" w14:textId="77777777">
        <w:trPr>
          <w:jc w:val="center"/>
        </w:trPr>
        <w:tc>
          <w:tcPr>
            <w:tcW w:w="4392" w:type="dxa"/>
            <w:vAlign w:val="center"/>
          </w:tcPr>
          <w:p w14:paraId="6E535A3F" w14:textId="77777777" w:rsidR="00CB4542" w:rsidRPr="00F44441" w:rsidRDefault="00CE444F">
            <w:pPr>
              <w:spacing w:before="40" w:after="40"/>
              <w:rPr>
                <w:lang w:val="uk-UA"/>
              </w:rPr>
            </w:pPr>
            <w:r w:rsidRPr="00F44441">
              <w:rPr>
                <w:lang w:val="uk-UA"/>
              </w:rPr>
              <w:t>Наскільки впевнено почуваєтеся під час спілкування німецькою?</w:t>
            </w:r>
          </w:p>
        </w:tc>
        <w:tc>
          <w:tcPr>
            <w:tcW w:w="5616" w:type="dxa"/>
            <w:vAlign w:val="center"/>
          </w:tcPr>
          <w:p w14:paraId="0EBA0F89" w14:textId="77777777" w:rsidR="00CB4542" w:rsidRPr="00F44441" w:rsidRDefault="00CE444F">
            <w:pPr>
              <w:spacing w:before="40" w:after="40"/>
              <w:rPr>
                <w:lang w:val="uk-UA"/>
              </w:rPr>
            </w:pPr>
            <w:r w:rsidRPr="00F44441">
              <w:rPr>
                <w:lang w:val="uk-UA"/>
              </w:rPr>
              <w:t>☐ Поки складно  ☐ Потребую практики  ☐ Почуваюся впевнено</w:t>
            </w:r>
          </w:p>
        </w:tc>
      </w:tr>
      <w:tr w:rsidR="00CB4542" w:rsidRPr="00D03AC7" w14:paraId="65664292" w14:textId="77777777">
        <w:trPr>
          <w:jc w:val="center"/>
        </w:trPr>
        <w:tc>
          <w:tcPr>
            <w:tcW w:w="4392" w:type="dxa"/>
            <w:vAlign w:val="center"/>
          </w:tcPr>
          <w:p w14:paraId="0546DF37" w14:textId="77777777" w:rsidR="00CB4542" w:rsidRPr="00F44441" w:rsidRDefault="00CE444F">
            <w:pPr>
              <w:spacing w:before="40" w:after="40"/>
              <w:rPr>
                <w:lang w:val="uk-UA"/>
              </w:rPr>
            </w:pPr>
            <w:r w:rsidRPr="00F44441">
              <w:rPr>
                <w:lang w:val="uk-UA"/>
              </w:rPr>
              <w:t>Які мовні навички хочете покращити?</w:t>
            </w:r>
          </w:p>
        </w:tc>
        <w:tc>
          <w:tcPr>
            <w:tcW w:w="5616" w:type="dxa"/>
            <w:vAlign w:val="center"/>
          </w:tcPr>
          <w:p w14:paraId="0AEDF1EA" w14:textId="77777777" w:rsidR="00CB4542" w:rsidRPr="00F44441" w:rsidRDefault="00CE444F">
            <w:pPr>
              <w:spacing w:before="40" w:after="40"/>
              <w:rPr>
                <w:lang w:val="uk-UA"/>
              </w:rPr>
            </w:pPr>
            <w:r w:rsidRPr="00F44441">
              <w:rPr>
                <w:lang w:val="uk-UA"/>
              </w:rPr>
              <w:t>☐ Говоріння  ☐ Письмо  ☐ Аудіювання  ☐ Читання  ☐ Словниковий запас</w:t>
            </w:r>
          </w:p>
        </w:tc>
      </w:tr>
    </w:tbl>
    <w:p w14:paraId="1F14CD75" w14:textId="77777777" w:rsidR="00CB4542" w:rsidRPr="00F44441" w:rsidRDefault="00CE444F" w:rsidP="00F44441">
      <w:pPr>
        <w:spacing w:after="0" w:line="240" w:lineRule="auto"/>
        <w:rPr>
          <w:color w:val="0070C0"/>
          <w:lang w:val="uk-UA"/>
        </w:rPr>
      </w:pPr>
      <w:r w:rsidRPr="00F44441">
        <w:rPr>
          <w:b/>
          <w:color w:val="0070C0"/>
          <w:sz w:val="22"/>
          <w:lang w:val="uk-UA"/>
        </w:rPr>
        <w:t xml:space="preserve">3. Інтереси та </w:t>
      </w:r>
      <w:proofErr w:type="spellStart"/>
      <w:r w:rsidRPr="00F44441">
        <w:rPr>
          <w:b/>
          <w:color w:val="0070C0"/>
          <w:sz w:val="22"/>
          <w:lang w:val="uk-UA"/>
        </w:rPr>
        <w:t>медіадосвід</w:t>
      </w:r>
      <w:proofErr w:type="spellEnd"/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4392"/>
        <w:gridCol w:w="5616"/>
      </w:tblGrid>
      <w:tr w:rsidR="00CB4542" w:rsidRPr="00F44441" w14:paraId="7A1E4E93" w14:textId="77777777">
        <w:trPr>
          <w:jc w:val="center"/>
        </w:trPr>
        <w:tc>
          <w:tcPr>
            <w:tcW w:w="4392" w:type="dxa"/>
            <w:vAlign w:val="center"/>
          </w:tcPr>
          <w:p w14:paraId="7C1AC2FD" w14:textId="77777777" w:rsidR="00CB4542" w:rsidRPr="00F44441" w:rsidRDefault="00CE444F">
            <w:pPr>
              <w:spacing w:before="40" w:after="40"/>
              <w:rPr>
                <w:lang w:val="uk-UA"/>
              </w:rPr>
            </w:pPr>
            <w:r w:rsidRPr="00F44441">
              <w:rPr>
                <w:lang w:val="uk-UA"/>
              </w:rPr>
              <w:t>Ваші інтереси та захоплення</w:t>
            </w:r>
          </w:p>
        </w:tc>
        <w:tc>
          <w:tcPr>
            <w:tcW w:w="5616" w:type="dxa"/>
            <w:vAlign w:val="center"/>
          </w:tcPr>
          <w:p w14:paraId="29B75AAC" w14:textId="77777777" w:rsidR="00CB4542" w:rsidRPr="00F44441" w:rsidRDefault="00CB4542">
            <w:pPr>
              <w:spacing w:before="40" w:after="40"/>
              <w:rPr>
                <w:lang w:val="uk-UA"/>
              </w:rPr>
            </w:pPr>
          </w:p>
        </w:tc>
      </w:tr>
      <w:tr w:rsidR="00CB4542" w:rsidRPr="00D03AC7" w14:paraId="02970529" w14:textId="77777777">
        <w:trPr>
          <w:jc w:val="center"/>
        </w:trPr>
        <w:tc>
          <w:tcPr>
            <w:tcW w:w="4392" w:type="dxa"/>
            <w:vAlign w:val="center"/>
          </w:tcPr>
          <w:p w14:paraId="77B9524A" w14:textId="77777777" w:rsidR="00CB4542" w:rsidRPr="00F44441" w:rsidRDefault="00CE444F">
            <w:pPr>
              <w:spacing w:before="40" w:after="40"/>
              <w:rPr>
                <w:lang w:val="uk-UA"/>
              </w:rPr>
            </w:pPr>
            <w:r w:rsidRPr="00F44441">
              <w:rPr>
                <w:lang w:val="uk-UA"/>
              </w:rPr>
              <w:lastRenderedPageBreak/>
              <w:t>Які теми вам цікаво висвітлювати німецькою мовою?</w:t>
            </w:r>
          </w:p>
        </w:tc>
        <w:tc>
          <w:tcPr>
            <w:tcW w:w="5616" w:type="dxa"/>
            <w:vAlign w:val="center"/>
          </w:tcPr>
          <w:p w14:paraId="1B96C883" w14:textId="77777777" w:rsidR="00CB4542" w:rsidRPr="00F44441" w:rsidRDefault="00CE444F">
            <w:pPr>
              <w:spacing w:before="40" w:after="40"/>
              <w:rPr>
                <w:lang w:val="uk-UA"/>
              </w:rPr>
            </w:pPr>
            <w:r w:rsidRPr="00F44441">
              <w:rPr>
                <w:lang w:val="uk-UA"/>
              </w:rPr>
              <w:t>☐ Молодь  ☐ Культура й традиції  ☐ Історія родини / громади  ☐ Освіта  ☐ Подорожі  ☐ Музика  ☐ Спорт  ☐ Екологія  ☐ Технології та ШІ  ☐ Інше:</w:t>
            </w:r>
          </w:p>
        </w:tc>
      </w:tr>
      <w:tr w:rsidR="00CB4542" w:rsidRPr="00D03AC7" w14:paraId="1E0A61D6" w14:textId="77777777">
        <w:trPr>
          <w:jc w:val="center"/>
        </w:trPr>
        <w:tc>
          <w:tcPr>
            <w:tcW w:w="4392" w:type="dxa"/>
            <w:vAlign w:val="center"/>
          </w:tcPr>
          <w:p w14:paraId="76ADB8E1" w14:textId="77777777" w:rsidR="00CB4542" w:rsidRPr="00F44441" w:rsidRDefault="00CE444F">
            <w:pPr>
              <w:spacing w:before="40" w:after="40"/>
              <w:rPr>
                <w:lang w:val="uk-UA"/>
              </w:rPr>
            </w:pPr>
            <w:r w:rsidRPr="00F44441">
              <w:rPr>
                <w:lang w:val="uk-UA"/>
              </w:rPr>
              <w:t>Чи маєте досвід створення контенту?</w:t>
            </w:r>
          </w:p>
        </w:tc>
        <w:tc>
          <w:tcPr>
            <w:tcW w:w="5616" w:type="dxa"/>
            <w:vAlign w:val="center"/>
          </w:tcPr>
          <w:p w14:paraId="019A786B" w14:textId="77777777" w:rsidR="00CB4542" w:rsidRPr="00F44441" w:rsidRDefault="00CE444F">
            <w:pPr>
              <w:spacing w:before="40" w:after="40"/>
              <w:rPr>
                <w:lang w:val="uk-UA"/>
              </w:rPr>
            </w:pPr>
            <w:r w:rsidRPr="00F44441">
              <w:rPr>
                <w:lang w:val="uk-UA"/>
              </w:rPr>
              <w:t>☐ Ні  ☐ Пости  ☐ Фото  ☐ Відео  ☐ Інтерв’ю  ☐ Подкасти  ☐ Статті  ☐ Ведення сторінок у соцмережах</w:t>
            </w:r>
          </w:p>
        </w:tc>
      </w:tr>
      <w:tr w:rsidR="00CB4542" w:rsidRPr="00D03AC7" w14:paraId="030309FD" w14:textId="77777777">
        <w:trPr>
          <w:jc w:val="center"/>
        </w:trPr>
        <w:tc>
          <w:tcPr>
            <w:tcW w:w="4392" w:type="dxa"/>
            <w:vAlign w:val="center"/>
          </w:tcPr>
          <w:p w14:paraId="0F5814BB" w14:textId="77777777" w:rsidR="00CB4542" w:rsidRPr="00F44441" w:rsidRDefault="00CE444F">
            <w:pPr>
              <w:spacing w:before="40" w:after="40"/>
              <w:rPr>
                <w:lang w:val="uk-UA"/>
              </w:rPr>
            </w:pPr>
            <w:r w:rsidRPr="00F44441">
              <w:rPr>
                <w:lang w:val="uk-UA"/>
              </w:rPr>
              <w:t>Якими цифровими інструментами або застосунками користуєтеся для створення контенту?</w:t>
            </w:r>
          </w:p>
        </w:tc>
        <w:tc>
          <w:tcPr>
            <w:tcW w:w="5616" w:type="dxa"/>
            <w:vAlign w:val="center"/>
          </w:tcPr>
          <w:p w14:paraId="411FFB93" w14:textId="77777777" w:rsidR="00CB4542" w:rsidRPr="00F44441" w:rsidRDefault="00CB4542">
            <w:pPr>
              <w:spacing w:before="40" w:after="40"/>
              <w:rPr>
                <w:lang w:val="uk-UA"/>
              </w:rPr>
            </w:pPr>
          </w:p>
        </w:tc>
      </w:tr>
      <w:tr w:rsidR="00CB4542" w:rsidRPr="00D03AC7" w14:paraId="0A7FB5F1" w14:textId="77777777">
        <w:trPr>
          <w:jc w:val="center"/>
        </w:trPr>
        <w:tc>
          <w:tcPr>
            <w:tcW w:w="4392" w:type="dxa"/>
            <w:vAlign w:val="center"/>
          </w:tcPr>
          <w:p w14:paraId="26A2E6F5" w14:textId="77777777" w:rsidR="00CB4542" w:rsidRPr="00F44441" w:rsidRDefault="00CE444F">
            <w:pPr>
              <w:spacing w:before="40" w:after="40"/>
              <w:rPr>
                <w:lang w:val="uk-UA"/>
              </w:rPr>
            </w:pPr>
            <w:r w:rsidRPr="00F44441">
              <w:rPr>
                <w:lang w:val="uk-UA"/>
              </w:rPr>
              <w:t>Чи готові ви працювати в команді над статтею, відео, інтерв’ю або дописом німецькою мовою?</w:t>
            </w:r>
          </w:p>
        </w:tc>
        <w:tc>
          <w:tcPr>
            <w:tcW w:w="5616" w:type="dxa"/>
            <w:vAlign w:val="center"/>
          </w:tcPr>
          <w:p w14:paraId="528319C0" w14:textId="77777777" w:rsidR="00CB4542" w:rsidRPr="00F44441" w:rsidRDefault="00CE444F">
            <w:pPr>
              <w:spacing w:before="40" w:after="40"/>
              <w:rPr>
                <w:lang w:val="uk-UA"/>
              </w:rPr>
            </w:pPr>
            <w:r w:rsidRPr="00F44441">
              <w:rPr>
                <w:lang w:val="uk-UA"/>
              </w:rPr>
              <w:t>☐ Так  ☐ Потрібна підтримка  ☐ Поки не впевнений/впевнена</w:t>
            </w:r>
          </w:p>
        </w:tc>
      </w:tr>
    </w:tbl>
    <w:p w14:paraId="60739433" w14:textId="77777777" w:rsidR="00CB4542" w:rsidRPr="00F44441" w:rsidRDefault="00CE444F" w:rsidP="00F44441">
      <w:pPr>
        <w:spacing w:after="0"/>
        <w:rPr>
          <w:color w:val="0070C0"/>
          <w:lang w:val="uk-UA"/>
        </w:rPr>
      </w:pPr>
      <w:r w:rsidRPr="00F44441">
        <w:rPr>
          <w:b/>
          <w:color w:val="0070C0"/>
          <w:sz w:val="22"/>
          <w:lang w:val="uk-UA"/>
        </w:rPr>
        <w:t>4. Мотивація та очікування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4392"/>
        <w:gridCol w:w="5616"/>
      </w:tblGrid>
      <w:tr w:rsidR="00CB4542" w:rsidRPr="00D03AC7" w14:paraId="11EEA39F" w14:textId="77777777">
        <w:trPr>
          <w:jc w:val="center"/>
        </w:trPr>
        <w:tc>
          <w:tcPr>
            <w:tcW w:w="4392" w:type="dxa"/>
            <w:vAlign w:val="center"/>
          </w:tcPr>
          <w:p w14:paraId="4D094477" w14:textId="77777777" w:rsidR="00CB4542" w:rsidRPr="00F44441" w:rsidRDefault="00CE444F">
            <w:pPr>
              <w:spacing w:before="40" w:after="40"/>
              <w:rPr>
                <w:lang w:val="uk-UA"/>
              </w:rPr>
            </w:pPr>
            <w:r w:rsidRPr="00F44441">
              <w:rPr>
                <w:lang w:val="uk-UA"/>
              </w:rPr>
              <w:t>Чому ви хочете взяти участь у Молодіжній академії «</w:t>
            </w:r>
            <w:proofErr w:type="spellStart"/>
            <w:r w:rsidRPr="00F44441">
              <w:rPr>
                <w:lang w:val="uk-UA"/>
              </w:rPr>
              <w:t>Deutsche</w:t>
            </w:r>
            <w:proofErr w:type="spellEnd"/>
            <w:r w:rsidRPr="00F44441">
              <w:rPr>
                <w:lang w:val="uk-UA"/>
              </w:rPr>
              <w:t xml:space="preserve"> </w:t>
            </w:r>
            <w:proofErr w:type="spellStart"/>
            <w:r w:rsidRPr="00F44441">
              <w:rPr>
                <w:lang w:val="uk-UA"/>
              </w:rPr>
              <w:t>Jugend</w:t>
            </w:r>
            <w:proofErr w:type="spellEnd"/>
            <w:r w:rsidRPr="00F44441">
              <w:rPr>
                <w:lang w:val="uk-UA"/>
              </w:rPr>
              <w:t xml:space="preserve"> </w:t>
            </w:r>
            <w:proofErr w:type="spellStart"/>
            <w:r w:rsidRPr="00F44441">
              <w:rPr>
                <w:lang w:val="uk-UA"/>
              </w:rPr>
              <w:t>sprechen</w:t>
            </w:r>
            <w:proofErr w:type="spellEnd"/>
            <w:r w:rsidRPr="00F44441">
              <w:rPr>
                <w:lang w:val="uk-UA"/>
              </w:rPr>
              <w:t>»?</w:t>
            </w:r>
          </w:p>
        </w:tc>
        <w:tc>
          <w:tcPr>
            <w:tcW w:w="5616" w:type="dxa"/>
            <w:vAlign w:val="center"/>
          </w:tcPr>
          <w:p w14:paraId="77945E32" w14:textId="77777777" w:rsidR="00CB4542" w:rsidRPr="00F44441" w:rsidRDefault="00CB4542">
            <w:pPr>
              <w:spacing w:before="40" w:after="40"/>
              <w:rPr>
                <w:lang w:val="uk-UA"/>
              </w:rPr>
            </w:pPr>
          </w:p>
        </w:tc>
      </w:tr>
      <w:tr w:rsidR="00CB4542" w:rsidRPr="00D03AC7" w14:paraId="4F05294C" w14:textId="77777777">
        <w:trPr>
          <w:jc w:val="center"/>
        </w:trPr>
        <w:tc>
          <w:tcPr>
            <w:tcW w:w="4392" w:type="dxa"/>
            <w:vAlign w:val="center"/>
          </w:tcPr>
          <w:p w14:paraId="0B07BD31" w14:textId="77777777" w:rsidR="00CB4542" w:rsidRPr="00F44441" w:rsidRDefault="00CE444F">
            <w:pPr>
              <w:spacing w:before="40" w:after="40"/>
              <w:rPr>
                <w:lang w:val="uk-UA"/>
              </w:rPr>
            </w:pPr>
            <w:r w:rsidRPr="00F44441">
              <w:rPr>
                <w:lang w:val="uk-UA"/>
              </w:rPr>
              <w:t>Чого ви хотіли б навчитися під час проєкту?</w:t>
            </w:r>
          </w:p>
        </w:tc>
        <w:tc>
          <w:tcPr>
            <w:tcW w:w="5616" w:type="dxa"/>
            <w:vAlign w:val="center"/>
          </w:tcPr>
          <w:p w14:paraId="42F1BDA5" w14:textId="77777777" w:rsidR="00CB4542" w:rsidRPr="00F44441" w:rsidRDefault="00CB4542">
            <w:pPr>
              <w:spacing w:before="40" w:after="40"/>
              <w:rPr>
                <w:lang w:val="uk-UA"/>
              </w:rPr>
            </w:pPr>
          </w:p>
        </w:tc>
      </w:tr>
      <w:tr w:rsidR="00CB4542" w:rsidRPr="00D03AC7" w14:paraId="181A36CA" w14:textId="77777777">
        <w:trPr>
          <w:jc w:val="center"/>
        </w:trPr>
        <w:tc>
          <w:tcPr>
            <w:tcW w:w="4392" w:type="dxa"/>
            <w:vAlign w:val="center"/>
          </w:tcPr>
          <w:p w14:paraId="140E37F5" w14:textId="77777777" w:rsidR="00CB4542" w:rsidRPr="00F44441" w:rsidRDefault="00CE444F">
            <w:pPr>
              <w:spacing w:before="40" w:after="40"/>
              <w:rPr>
                <w:lang w:val="uk-UA"/>
              </w:rPr>
            </w:pPr>
            <w:r w:rsidRPr="00F44441">
              <w:rPr>
                <w:lang w:val="uk-UA"/>
              </w:rPr>
              <w:t>Яку тему або ідею ви хотіли б представити в молодіжному блозі?</w:t>
            </w:r>
          </w:p>
        </w:tc>
        <w:tc>
          <w:tcPr>
            <w:tcW w:w="5616" w:type="dxa"/>
            <w:vAlign w:val="center"/>
          </w:tcPr>
          <w:p w14:paraId="00856256" w14:textId="77777777" w:rsidR="00CB4542" w:rsidRPr="00F44441" w:rsidRDefault="00CB4542">
            <w:pPr>
              <w:spacing w:before="40" w:after="40"/>
              <w:rPr>
                <w:lang w:val="uk-UA"/>
              </w:rPr>
            </w:pPr>
          </w:p>
        </w:tc>
      </w:tr>
      <w:tr w:rsidR="00CB4542" w:rsidRPr="00D03AC7" w14:paraId="19468BBB" w14:textId="77777777">
        <w:trPr>
          <w:jc w:val="center"/>
        </w:trPr>
        <w:tc>
          <w:tcPr>
            <w:tcW w:w="4392" w:type="dxa"/>
            <w:vAlign w:val="center"/>
          </w:tcPr>
          <w:p w14:paraId="40B4AA0B" w14:textId="77777777" w:rsidR="00CB4542" w:rsidRPr="00F44441" w:rsidRDefault="00CE444F">
            <w:pPr>
              <w:spacing w:before="40" w:after="40"/>
              <w:rPr>
                <w:lang w:val="uk-UA"/>
              </w:rPr>
            </w:pPr>
            <w:r w:rsidRPr="00F44441">
              <w:rPr>
                <w:lang w:val="uk-UA"/>
              </w:rPr>
              <w:t>Як участь у проєкті може допомогти вам або вашій громаді / організації?</w:t>
            </w:r>
          </w:p>
        </w:tc>
        <w:tc>
          <w:tcPr>
            <w:tcW w:w="5616" w:type="dxa"/>
            <w:vAlign w:val="center"/>
          </w:tcPr>
          <w:p w14:paraId="6DEC31FC" w14:textId="77777777" w:rsidR="00CB4542" w:rsidRPr="00F44441" w:rsidRDefault="00CB4542">
            <w:pPr>
              <w:spacing w:before="40" w:after="40"/>
              <w:rPr>
                <w:lang w:val="uk-UA"/>
              </w:rPr>
            </w:pPr>
          </w:p>
        </w:tc>
      </w:tr>
      <w:tr w:rsidR="00CB4542" w:rsidRPr="00D03AC7" w14:paraId="66EB11C3" w14:textId="77777777">
        <w:trPr>
          <w:jc w:val="center"/>
        </w:trPr>
        <w:tc>
          <w:tcPr>
            <w:tcW w:w="4392" w:type="dxa"/>
            <w:vAlign w:val="center"/>
          </w:tcPr>
          <w:p w14:paraId="426B5016" w14:textId="77777777" w:rsidR="00CB4542" w:rsidRPr="00F44441" w:rsidRDefault="00CE444F">
            <w:pPr>
              <w:spacing w:before="40" w:after="40"/>
              <w:rPr>
                <w:lang w:val="uk-UA"/>
              </w:rPr>
            </w:pPr>
            <w:r w:rsidRPr="00F44441">
              <w:rPr>
                <w:lang w:val="uk-UA"/>
              </w:rPr>
              <w:t>Чи готові ви після академії долучатися до створення контенту та поширювати результати проєкту у своїй громаді / організації?</w:t>
            </w:r>
          </w:p>
        </w:tc>
        <w:tc>
          <w:tcPr>
            <w:tcW w:w="5616" w:type="dxa"/>
            <w:vAlign w:val="center"/>
          </w:tcPr>
          <w:p w14:paraId="29EC3CF3" w14:textId="77777777" w:rsidR="00CB4542" w:rsidRPr="00F44441" w:rsidRDefault="00CE444F">
            <w:pPr>
              <w:spacing w:before="40" w:after="40"/>
              <w:rPr>
                <w:lang w:val="uk-UA"/>
              </w:rPr>
            </w:pPr>
            <w:r w:rsidRPr="00F44441">
              <w:rPr>
                <w:lang w:val="uk-UA"/>
              </w:rPr>
              <w:t>☐ Так  ☐ Можливо, за певних умов  ☐ Ні</w:t>
            </w:r>
          </w:p>
        </w:tc>
      </w:tr>
      <w:tr w:rsidR="00CB4542" w:rsidRPr="00D03AC7" w14:paraId="76A4E0A5" w14:textId="77777777">
        <w:trPr>
          <w:jc w:val="center"/>
        </w:trPr>
        <w:tc>
          <w:tcPr>
            <w:tcW w:w="4392" w:type="dxa"/>
            <w:vAlign w:val="center"/>
          </w:tcPr>
          <w:p w14:paraId="63155DB9" w14:textId="77777777" w:rsidR="00CB4542" w:rsidRPr="00F44441" w:rsidRDefault="00CE444F">
            <w:pPr>
              <w:spacing w:before="40" w:after="40"/>
              <w:rPr>
                <w:lang w:val="uk-UA"/>
              </w:rPr>
            </w:pPr>
            <w:r w:rsidRPr="00F44441">
              <w:rPr>
                <w:lang w:val="uk-UA"/>
              </w:rPr>
              <w:t>Чи готові ви брати активну участь у всій програмі 13–16 листопада 2026 року?</w:t>
            </w:r>
          </w:p>
        </w:tc>
        <w:tc>
          <w:tcPr>
            <w:tcW w:w="5616" w:type="dxa"/>
            <w:vAlign w:val="center"/>
          </w:tcPr>
          <w:p w14:paraId="45B97406" w14:textId="77777777" w:rsidR="00CB4542" w:rsidRPr="00F44441" w:rsidRDefault="00CB4542">
            <w:pPr>
              <w:spacing w:before="40" w:after="40"/>
              <w:rPr>
                <w:lang w:val="uk-UA"/>
              </w:rPr>
            </w:pPr>
          </w:p>
        </w:tc>
      </w:tr>
    </w:tbl>
    <w:p w14:paraId="2E4B0B4F" w14:textId="77777777" w:rsidR="00CB4542" w:rsidRPr="00F44441" w:rsidRDefault="00CE444F" w:rsidP="00F44441">
      <w:pPr>
        <w:spacing w:after="0" w:line="240" w:lineRule="auto"/>
        <w:rPr>
          <w:color w:val="0070C0"/>
          <w:lang w:val="uk-UA"/>
        </w:rPr>
      </w:pPr>
      <w:r w:rsidRPr="00F44441">
        <w:rPr>
          <w:b/>
          <w:color w:val="0070C0"/>
          <w:sz w:val="22"/>
          <w:lang w:val="uk-UA"/>
        </w:rPr>
        <w:t>5. Організаційні питання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4392"/>
        <w:gridCol w:w="5616"/>
      </w:tblGrid>
      <w:tr w:rsidR="00CB4542" w:rsidRPr="00D03AC7" w14:paraId="13D10812" w14:textId="77777777">
        <w:trPr>
          <w:jc w:val="center"/>
        </w:trPr>
        <w:tc>
          <w:tcPr>
            <w:tcW w:w="4392" w:type="dxa"/>
            <w:vAlign w:val="center"/>
          </w:tcPr>
          <w:p w14:paraId="0FFDA8CC" w14:textId="77777777" w:rsidR="00CB4542" w:rsidRPr="00F44441" w:rsidRDefault="00CE444F">
            <w:pPr>
              <w:spacing w:before="40" w:after="40"/>
              <w:rPr>
                <w:lang w:val="uk-UA"/>
              </w:rPr>
            </w:pPr>
            <w:r w:rsidRPr="00F44441">
              <w:rPr>
                <w:lang w:val="uk-UA"/>
              </w:rPr>
              <w:t>Чи маєте особливі потреби або обмеження, які організаторам варто врахувати для вашої комфортної участі?</w:t>
            </w:r>
          </w:p>
        </w:tc>
        <w:tc>
          <w:tcPr>
            <w:tcW w:w="5616" w:type="dxa"/>
            <w:vAlign w:val="center"/>
          </w:tcPr>
          <w:p w14:paraId="11415E72" w14:textId="77777777" w:rsidR="00CB4542" w:rsidRPr="00F44441" w:rsidRDefault="00CB4542">
            <w:pPr>
              <w:spacing w:before="40" w:after="40"/>
              <w:rPr>
                <w:lang w:val="uk-UA"/>
              </w:rPr>
            </w:pPr>
          </w:p>
        </w:tc>
      </w:tr>
      <w:tr w:rsidR="00CB4542" w:rsidRPr="00D03AC7" w14:paraId="5DF94A2E" w14:textId="77777777">
        <w:trPr>
          <w:jc w:val="center"/>
        </w:trPr>
        <w:tc>
          <w:tcPr>
            <w:tcW w:w="4392" w:type="dxa"/>
            <w:vAlign w:val="center"/>
          </w:tcPr>
          <w:p w14:paraId="552F470C" w14:textId="77777777" w:rsidR="00CB4542" w:rsidRPr="00F44441" w:rsidRDefault="00CE444F">
            <w:pPr>
              <w:spacing w:before="40" w:after="40"/>
              <w:rPr>
                <w:lang w:val="uk-UA"/>
              </w:rPr>
            </w:pPr>
            <w:r w:rsidRPr="00F44441">
              <w:rPr>
                <w:lang w:val="uk-UA"/>
              </w:rPr>
              <w:t>Чи є особливості харчування / алергії, про які потрібно повідомити організаторів?</w:t>
            </w:r>
          </w:p>
        </w:tc>
        <w:tc>
          <w:tcPr>
            <w:tcW w:w="5616" w:type="dxa"/>
            <w:vAlign w:val="center"/>
          </w:tcPr>
          <w:p w14:paraId="11C56D28" w14:textId="77777777" w:rsidR="00CB4542" w:rsidRPr="00F44441" w:rsidRDefault="00CB4542">
            <w:pPr>
              <w:spacing w:before="40" w:after="40"/>
              <w:rPr>
                <w:lang w:val="uk-UA"/>
              </w:rPr>
            </w:pPr>
          </w:p>
        </w:tc>
      </w:tr>
      <w:tr w:rsidR="00CB4542" w:rsidRPr="00D03AC7" w14:paraId="3503D069" w14:textId="77777777">
        <w:trPr>
          <w:jc w:val="center"/>
        </w:trPr>
        <w:tc>
          <w:tcPr>
            <w:tcW w:w="4392" w:type="dxa"/>
            <w:vAlign w:val="center"/>
          </w:tcPr>
          <w:p w14:paraId="3F9FBED2" w14:textId="77777777" w:rsidR="00CB4542" w:rsidRPr="00F44441" w:rsidRDefault="00CE444F">
            <w:pPr>
              <w:spacing w:before="40" w:after="40"/>
              <w:rPr>
                <w:lang w:val="uk-UA"/>
              </w:rPr>
            </w:pPr>
            <w:r w:rsidRPr="00F44441">
              <w:rPr>
                <w:lang w:val="uk-UA"/>
              </w:rPr>
              <w:t>Орієнтовна вартість проїзду до місця проведення та назад</w:t>
            </w:r>
          </w:p>
        </w:tc>
        <w:tc>
          <w:tcPr>
            <w:tcW w:w="5616" w:type="dxa"/>
            <w:vAlign w:val="center"/>
          </w:tcPr>
          <w:p w14:paraId="6E685EA5" w14:textId="77777777" w:rsidR="00CB4542" w:rsidRPr="00F44441" w:rsidRDefault="00CB4542">
            <w:pPr>
              <w:spacing w:before="40" w:after="40"/>
              <w:rPr>
                <w:lang w:val="uk-UA"/>
              </w:rPr>
            </w:pPr>
          </w:p>
        </w:tc>
      </w:tr>
      <w:tr w:rsidR="00CB4542" w:rsidRPr="00D03AC7" w14:paraId="1A8923A3" w14:textId="77777777">
        <w:trPr>
          <w:jc w:val="center"/>
        </w:trPr>
        <w:tc>
          <w:tcPr>
            <w:tcW w:w="4392" w:type="dxa"/>
            <w:vAlign w:val="center"/>
          </w:tcPr>
          <w:p w14:paraId="6E5F1858" w14:textId="77777777" w:rsidR="00CB4542" w:rsidRPr="00F44441" w:rsidRDefault="00CE444F">
            <w:pPr>
              <w:spacing w:before="40" w:after="40"/>
              <w:rPr>
                <w:lang w:val="uk-UA"/>
              </w:rPr>
            </w:pPr>
            <w:r w:rsidRPr="00F44441">
              <w:rPr>
                <w:lang w:val="uk-UA"/>
              </w:rPr>
              <w:t>Додаткова інформація, яку хочете повідомити організаторам</w:t>
            </w:r>
          </w:p>
        </w:tc>
        <w:tc>
          <w:tcPr>
            <w:tcW w:w="5616" w:type="dxa"/>
            <w:vAlign w:val="center"/>
          </w:tcPr>
          <w:p w14:paraId="5135DDC1" w14:textId="77777777" w:rsidR="00CB4542" w:rsidRPr="00F44441" w:rsidRDefault="00CB4542">
            <w:pPr>
              <w:spacing w:before="40" w:after="40"/>
              <w:rPr>
                <w:lang w:val="uk-UA"/>
              </w:rPr>
            </w:pPr>
          </w:p>
        </w:tc>
      </w:tr>
    </w:tbl>
    <w:p w14:paraId="1A28D49F" w14:textId="77777777" w:rsidR="00CB4542" w:rsidRPr="00F44441" w:rsidRDefault="00CE444F" w:rsidP="00F44441">
      <w:pPr>
        <w:spacing w:after="0" w:line="240" w:lineRule="auto"/>
        <w:rPr>
          <w:lang w:val="uk-UA"/>
        </w:rPr>
      </w:pPr>
      <w:r w:rsidRPr="00F44441">
        <w:rPr>
          <w:b/>
          <w:lang w:val="uk-UA"/>
        </w:rPr>
        <w:t>Підтвердження заявника</w:t>
      </w:r>
    </w:p>
    <w:p w14:paraId="2B719847" w14:textId="086045C7" w:rsidR="00CB4542" w:rsidRPr="00F44441" w:rsidRDefault="00CE444F" w:rsidP="00F44441">
      <w:pPr>
        <w:spacing w:after="0" w:line="240" w:lineRule="auto"/>
        <w:rPr>
          <w:lang w:val="uk-UA"/>
        </w:rPr>
      </w:pPr>
      <w:r w:rsidRPr="00F44441">
        <w:rPr>
          <w:lang w:val="uk-UA"/>
        </w:rPr>
        <w:t xml:space="preserve">Підтверджую, що надана мною інформація є правдивою. У разі відбору зобов’язуюся брати активну участь у програмі Молодіжної академії та, за можливості, долучатися до подальшої діяльності молодіжного </w:t>
      </w:r>
      <w:proofErr w:type="spellStart"/>
      <w:r w:rsidRPr="00F44441">
        <w:rPr>
          <w:lang w:val="uk-UA"/>
        </w:rPr>
        <w:t>блогу</w:t>
      </w:r>
      <w:proofErr w:type="spellEnd"/>
      <w:r w:rsidRPr="00F44441">
        <w:rPr>
          <w:lang w:val="uk-UA"/>
        </w:rPr>
        <w:t xml:space="preserve"> </w:t>
      </w:r>
      <w:proofErr w:type="spellStart"/>
      <w:r w:rsidR="00F44441" w:rsidRPr="00F44441">
        <w:rPr>
          <w:lang w:val="uk-UA"/>
        </w:rPr>
        <w:t>„Deutsche</w:t>
      </w:r>
      <w:proofErr w:type="spellEnd"/>
      <w:r w:rsidR="00F44441" w:rsidRPr="00F44441">
        <w:rPr>
          <w:lang w:val="uk-UA"/>
        </w:rPr>
        <w:t xml:space="preserve"> </w:t>
      </w:r>
      <w:proofErr w:type="spellStart"/>
      <w:r w:rsidR="00F44441" w:rsidRPr="00F44441">
        <w:rPr>
          <w:lang w:val="uk-UA"/>
        </w:rPr>
        <w:t>Jugend</w:t>
      </w:r>
      <w:proofErr w:type="spellEnd"/>
      <w:r w:rsidR="00F44441" w:rsidRPr="00F44441">
        <w:rPr>
          <w:lang w:val="uk-UA"/>
        </w:rPr>
        <w:t xml:space="preserve"> </w:t>
      </w:r>
      <w:proofErr w:type="spellStart"/>
      <w:r w:rsidR="00F44441" w:rsidRPr="00F44441">
        <w:rPr>
          <w:lang w:val="uk-UA"/>
        </w:rPr>
        <w:t>sprechen</w:t>
      </w:r>
      <w:proofErr w:type="spellEnd"/>
      <w:r w:rsidR="00F44441" w:rsidRPr="00F44441">
        <w:rPr>
          <w:lang w:val="uk-UA"/>
        </w:rPr>
        <w:t>“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4392"/>
        <w:gridCol w:w="5616"/>
      </w:tblGrid>
      <w:tr w:rsidR="00CB4542" w:rsidRPr="00F44441" w14:paraId="41521F13" w14:textId="77777777">
        <w:trPr>
          <w:jc w:val="center"/>
        </w:trPr>
        <w:tc>
          <w:tcPr>
            <w:tcW w:w="4392" w:type="dxa"/>
            <w:vAlign w:val="center"/>
          </w:tcPr>
          <w:p w14:paraId="3FEB9E54" w14:textId="77777777" w:rsidR="00CB4542" w:rsidRPr="00F44441" w:rsidRDefault="00CE444F">
            <w:pPr>
              <w:spacing w:before="40" w:after="40"/>
              <w:rPr>
                <w:lang w:val="uk-UA"/>
              </w:rPr>
            </w:pPr>
            <w:r w:rsidRPr="00F44441">
              <w:rPr>
                <w:lang w:val="uk-UA"/>
              </w:rPr>
              <w:t>Дата заповнення</w:t>
            </w:r>
          </w:p>
        </w:tc>
        <w:tc>
          <w:tcPr>
            <w:tcW w:w="5616" w:type="dxa"/>
            <w:vAlign w:val="center"/>
          </w:tcPr>
          <w:p w14:paraId="4D25E1BE" w14:textId="77777777" w:rsidR="00CB4542" w:rsidRPr="00F44441" w:rsidRDefault="00CE444F">
            <w:pPr>
              <w:spacing w:before="40" w:after="40"/>
              <w:rPr>
                <w:lang w:val="uk-UA"/>
              </w:rPr>
            </w:pPr>
            <w:r w:rsidRPr="00F44441">
              <w:rPr>
                <w:lang w:val="uk-UA"/>
              </w:rPr>
              <w:t>«____» ______________ 2026 року</w:t>
            </w:r>
          </w:p>
        </w:tc>
      </w:tr>
      <w:tr w:rsidR="00CB4542" w:rsidRPr="00F44441" w14:paraId="45D6CC14" w14:textId="77777777">
        <w:trPr>
          <w:jc w:val="center"/>
        </w:trPr>
        <w:tc>
          <w:tcPr>
            <w:tcW w:w="4392" w:type="dxa"/>
            <w:vAlign w:val="center"/>
          </w:tcPr>
          <w:p w14:paraId="067EE8B5" w14:textId="77777777" w:rsidR="00CB4542" w:rsidRPr="00F44441" w:rsidRDefault="00CE444F">
            <w:pPr>
              <w:spacing w:before="40" w:after="40"/>
              <w:rPr>
                <w:lang w:val="uk-UA"/>
              </w:rPr>
            </w:pPr>
            <w:r w:rsidRPr="00F44441">
              <w:rPr>
                <w:lang w:val="uk-UA"/>
              </w:rPr>
              <w:t>ПІБ заявника</w:t>
            </w:r>
          </w:p>
        </w:tc>
        <w:tc>
          <w:tcPr>
            <w:tcW w:w="5616" w:type="dxa"/>
            <w:vAlign w:val="center"/>
          </w:tcPr>
          <w:p w14:paraId="4DB22233" w14:textId="77777777" w:rsidR="00CB4542" w:rsidRPr="00F44441" w:rsidRDefault="00CB4542">
            <w:pPr>
              <w:spacing w:before="40" w:after="40"/>
              <w:rPr>
                <w:lang w:val="uk-UA"/>
              </w:rPr>
            </w:pPr>
          </w:p>
        </w:tc>
      </w:tr>
      <w:tr w:rsidR="00CB4542" w:rsidRPr="00F44441" w14:paraId="2CFF842F" w14:textId="77777777">
        <w:trPr>
          <w:jc w:val="center"/>
        </w:trPr>
        <w:tc>
          <w:tcPr>
            <w:tcW w:w="4392" w:type="dxa"/>
            <w:vAlign w:val="center"/>
          </w:tcPr>
          <w:p w14:paraId="5C5FF507" w14:textId="77777777" w:rsidR="00CB4542" w:rsidRPr="00F44441" w:rsidRDefault="00CE444F">
            <w:pPr>
              <w:spacing w:before="40" w:after="40"/>
              <w:rPr>
                <w:lang w:val="uk-UA"/>
              </w:rPr>
            </w:pPr>
            <w:r w:rsidRPr="00F44441">
              <w:rPr>
                <w:lang w:val="uk-UA"/>
              </w:rPr>
              <w:t>Підпис (за потреби)</w:t>
            </w:r>
          </w:p>
        </w:tc>
        <w:tc>
          <w:tcPr>
            <w:tcW w:w="5616" w:type="dxa"/>
            <w:vAlign w:val="center"/>
          </w:tcPr>
          <w:p w14:paraId="6847FE9C" w14:textId="77777777" w:rsidR="00CB4542" w:rsidRPr="00F44441" w:rsidRDefault="00CB4542">
            <w:pPr>
              <w:spacing w:before="40" w:after="40"/>
              <w:rPr>
                <w:lang w:val="uk-UA"/>
              </w:rPr>
            </w:pPr>
          </w:p>
        </w:tc>
      </w:tr>
    </w:tbl>
    <w:p w14:paraId="617ECCEC" w14:textId="72C80E47" w:rsidR="00CB4542" w:rsidRPr="00F44441" w:rsidRDefault="00CB4542">
      <w:pPr>
        <w:spacing w:before="160"/>
        <w:rPr>
          <w:lang w:val="uk-UA"/>
        </w:rPr>
      </w:pPr>
      <w:bookmarkStart w:id="0" w:name="_GoBack"/>
      <w:bookmarkEnd w:id="0"/>
    </w:p>
    <w:sectPr w:rsidR="00CB4542" w:rsidRPr="00F44441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72FFE"/>
    <w:rsid w:val="0029639D"/>
    <w:rsid w:val="00326F90"/>
    <w:rsid w:val="008A6B8F"/>
    <w:rsid w:val="00AA1D8D"/>
    <w:rsid w:val="00B47730"/>
    <w:rsid w:val="00B61DD3"/>
    <w:rsid w:val="00CB0664"/>
    <w:rsid w:val="00CB4542"/>
    <w:rsid w:val="00CE444F"/>
    <w:rsid w:val="00D03AC7"/>
    <w:rsid w:val="00F4444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0E3E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Arial" w:eastAsia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ція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Balloon Text"/>
    <w:basedOn w:val="a1"/>
    <w:link w:val="affb"/>
    <w:uiPriority w:val="99"/>
    <w:semiHidden/>
    <w:unhideWhenUsed/>
    <w:rsid w:val="00D03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b">
    <w:name w:val="Текст у виносці Знак"/>
    <w:basedOn w:val="a2"/>
    <w:link w:val="affa"/>
    <w:uiPriority w:val="99"/>
    <w:semiHidden/>
    <w:rsid w:val="00D03AC7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Arial" w:eastAsia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ція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Balloon Text"/>
    <w:basedOn w:val="a1"/>
    <w:link w:val="affb"/>
    <w:uiPriority w:val="99"/>
    <w:semiHidden/>
    <w:unhideWhenUsed/>
    <w:rsid w:val="00D03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b">
    <w:name w:val="Текст у виносці Знак"/>
    <w:basedOn w:val="a2"/>
    <w:link w:val="affa"/>
    <w:uiPriority w:val="99"/>
    <w:semiHidden/>
    <w:rsid w:val="00D03AC7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61B4783-2144-47D6-A0BE-B6A0057D9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2135</Words>
  <Characters>1217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3346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home</cp:lastModifiedBy>
  <cp:revision>4</cp:revision>
  <dcterms:created xsi:type="dcterms:W3CDTF">2026-10-20T13:38:00Z</dcterms:created>
  <dcterms:modified xsi:type="dcterms:W3CDTF">2026-10-21T08:36:00Z</dcterms:modified>
  <cp:category/>
</cp:coreProperties>
</file>